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FD088" w14:textId="77777777" w:rsidR="003A1BFF" w:rsidRDefault="00BB4C0D">
      <w:pPr>
        <w:pStyle w:val="Ttulo1"/>
      </w:pPr>
      <w:r>
        <w:t>BASES OFICIALES – FIRST ROUND</w:t>
      </w:r>
    </w:p>
    <w:p w14:paraId="536FDCDA" w14:textId="77777777" w:rsidR="003A1BFF" w:rsidRDefault="00BB4C0D">
      <w:pPr>
        <w:pStyle w:val="Ttulo2"/>
      </w:pPr>
      <w:r>
        <w:t>1. Lugar del Evento</w:t>
      </w:r>
    </w:p>
    <w:p w14:paraId="0578832C" w14:textId="77777777" w:rsidR="003A1BFF" w:rsidRDefault="00BB4C0D">
      <w:r>
        <w:t>Complejo Deportivo Magnopata.</w:t>
      </w:r>
    </w:p>
    <w:p w14:paraId="7B4CD8A4" w14:textId="77777777" w:rsidR="003A1BFF" w:rsidRDefault="00BB4C0D">
      <w:pPr>
        <w:pStyle w:val="Ttulo2"/>
      </w:pPr>
      <w:r>
        <w:t>2. Kit del Corredor</w:t>
      </w:r>
    </w:p>
    <w:p w14:paraId="4E200B7B" w14:textId="77777777" w:rsidR="003A1BFF" w:rsidRDefault="00BB4C0D">
      <w:r>
        <w:t>• Pase gratis a la Maratón Virgen de la Candelaria (para inscritos hasta el 31 de diciembre).</w:t>
      </w:r>
      <w:r>
        <w:br/>
        <w:t xml:space="preserve">• Ticket de sorteo para 2 motos entre todos los </w:t>
      </w:r>
      <w:r>
        <w:t>inscritos.</w:t>
      </w:r>
      <w:r>
        <w:br/>
        <w:t>• Almuerzo parrilla (cerdo o pollo).</w:t>
      </w:r>
    </w:p>
    <w:p w14:paraId="3E6549EC" w14:textId="77777777" w:rsidR="003A1BFF" w:rsidRDefault="00BB4C0D">
      <w:pPr>
        <w:pStyle w:val="Ttulo2"/>
      </w:pPr>
      <w:r>
        <w:t>3. Formato de Competencia</w:t>
      </w:r>
    </w:p>
    <w:p w14:paraId="4ED1AD36" w14:textId="77777777" w:rsidR="003A1BFF" w:rsidRDefault="00BB4C0D">
      <w:r>
        <w:t>• Control electrónico.</w:t>
      </w:r>
      <w:r>
        <w:br/>
        <w:t>• Equipos de máximo 25 integrantes; mínimo 10 mujeres o 10 varones.</w:t>
      </w:r>
      <w:r>
        <w:br/>
        <w:t>• Cada atleta puede dar entre 1 y 10 vueltas.</w:t>
      </w:r>
      <w:r>
        <w:br/>
        <w:t>• Si un corredor llega tarde al inicio de la vuelta → descalificación.</w:t>
      </w:r>
      <w:r>
        <w:br/>
        <w:t>• No existen relevos.</w:t>
      </w:r>
      <w:r>
        <w:br/>
        <w:t>• Prohibido acompañantes en el circuito.</w:t>
      </w:r>
    </w:p>
    <w:p w14:paraId="5CEEDF96" w14:textId="77777777" w:rsidR="003A1BFF" w:rsidRDefault="00BB4C0D">
      <w:pPr>
        <w:pStyle w:val="Ttulo2"/>
      </w:pPr>
      <w:r>
        <w:t>4. Premiación por Equipos</w:t>
      </w:r>
    </w:p>
    <w:p w14:paraId="530457B4" w14:textId="77777777" w:rsidR="003A1BFF" w:rsidRDefault="00BB4C0D">
      <w:r>
        <w:t>• Solo un premio por equipo: mayor puntaje total.</w:t>
      </w:r>
      <w:r>
        <w:br/>
        <w:t>• Desempate: 1) mayor número de corredores en la última vuelta; 2) menor sumatoria de tiempos si persiste el empate.</w:t>
      </w:r>
      <w:r>
        <w:br/>
        <w:t>• Si un equipo no completa la vuelta 10, la moto se asignará al mejor tiempo individual en la última vuelta.</w:t>
      </w:r>
    </w:p>
    <w:p w14:paraId="68A588E7" w14:textId="77777777" w:rsidR="003A1BFF" w:rsidRDefault="00BB4C0D">
      <w:pPr>
        <w:pStyle w:val="Ttulo2"/>
      </w:pPr>
      <w:r>
        <w:t>5. Premiación Individual por Categorías</w:t>
      </w:r>
    </w:p>
    <w:p w14:paraId="3181F111" w14:textId="77777777" w:rsidR="003A1BFF" w:rsidRDefault="00BB4C0D">
      <w:r>
        <w:t>Categorías oficiales:</w:t>
      </w:r>
      <w:r>
        <w:br/>
        <w:t>• Mayores</w:t>
      </w:r>
      <w:r>
        <w:br/>
        <w:t>• Master</w:t>
      </w:r>
      <w:r>
        <w:br/>
        <w:t>• Super Master</w:t>
      </w:r>
      <w:r>
        <w:br/>
        <w:t>• Ultramaster</w:t>
      </w:r>
      <w:r>
        <w:br/>
      </w:r>
      <w:r>
        <w:br/>
        <w:t>Premios:</w:t>
      </w:r>
      <w:r>
        <w:br/>
        <w:t>• Primer lugar: Zapatillas running (Adidas, Nike o Puma).</w:t>
      </w:r>
      <w:r>
        <w:br/>
        <w:t>• Segundo lugar: Polo running (Adidas, Nike o Puma).</w:t>
      </w:r>
    </w:p>
    <w:p w14:paraId="6109E946" w14:textId="77777777" w:rsidR="003A1BFF" w:rsidRDefault="00BB4C0D">
      <w:pPr>
        <w:pStyle w:val="Ttulo2"/>
      </w:pPr>
      <w:r>
        <w:t>6. Sorteos Generales</w:t>
      </w:r>
    </w:p>
    <w:p w14:paraId="544702F0" w14:textId="77777777" w:rsidR="003A1BFF" w:rsidRDefault="00BB4C0D">
      <w:r>
        <w:t>• 2 motos eléctricas entre todos los participantes.</w:t>
      </w:r>
    </w:p>
    <w:p w14:paraId="4348893A" w14:textId="77777777" w:rsidR="003A1BFF" w:rsidRDefault="00BB4C0D">
      <w:pPr>
        <w:pStyle w:val="Ttulo2"/>
      </w:pPr>
      <w:r>
        <w:t>7. Seguridad y Requisitos</w:t>
      </w:r>
    </w:p>
    <w:p w14:paraId="50C56051" w14:textId="77777777" w:rsidR="003A1BFF" w:rsidRDefault="00BB4C0D">
      <w:r>
        <w:t>• Declaración jurada de salud y deslinde de responsabilidad.</w:t>
      </w:r>
      <w:r>
        <w:br/>
        <w:t>• Autorización de uso de imagen.</w:t>
      </w:r>
      <w:r>
        <w:br/>
        <w:t>• Primeros auxilios presentes.</w:t>
      </w:r>
      <w:r>
        <w:br/>
        <w:t>• No hay seguro contra accidentes.</w:t>
      </w:r>
    </w:p>
    <w:p w14:paraId="3F0CF2FF" w14:textId="77777777" w:rsidR="003A1BFF" w:rsidRDefault="00BB4C0D">
      <w:pPr>
        <w:pStyle w:val="Ttulo2"/>
      </w:pPr>
      <w:r>
        <w:t>8. Inscripciones</w:t>
      </w:r>
    </w:p>
    <w:p w14:paraId="6ED2E5DE" w14:textId="77777777" w:rsidR="003A1BFF" w:rsidRDefault="00BB4C0D">
      <w:r>
        <w:t>• Preventa: 13 al 31 de diciembre.</w:t>
      </w:r>
      <w:r>
        <w:br/>
        <w:t>• Incluye pase gratis a la Candelaria hasta 31 diciembre.</w:t>
      </w:r>
      <w:r>
        <w:br/>
        <w:t>• Venta final: desde 1 de enero — S/ 60.</w:t>
      </w:r>
      <w:r>
        <w:br/>
        <w:t>• Máximo: 40 equipos o 1000 corredores, lo que ocurra primero.</w:t>
      </w:r>
      <w:r>
        <w:br/>
        <w:t>• No hay transferencias ni devoluciones.</w:t>
      </w:r>
    </w:p>
    <w:p w14:paraId="2BC96F8F" w14:textId="77777777" w:rsidR="003A1BFF" w:rsidRDefault="00BB4C0D">
      <w:pPr>
        <w:pStyle w:val="Ttulo2"/>
      </w:pPr>
      <w:r>
        <w:t>9. Reglamento de Carrera</w:t>
      </w:r>
    </w:p>
    <w:p w14:paraId="69C988CE" w14:textId="77777777" w:rsidR="003A1BFF" w:rsidRDefault="00BB4C0D">
      <w:r>
        <w:t>• Prohibido vehículos de asistencia.</w:t>
      </w:r>
      <w:r>
        <w:br/>
        <w:t>• Penalidades por conducta antideportiva.</w:t>
      </w:r>
      <w:r>
        <w:br/>
        <w:t>• Prohibido alcohol en el evento.</w:t>
      </w:r>
      <w:r>
        <w:br/>
        <w:t>• Circuito ida y vuelta, terreno mixto trail + pista.</w:t>
      </w:r>
      <w:r>
        <w:br/>
        <w:t>• Medalla finisher desde la primera vuelta (infantil solo dorsal).</w:t>
      </w:r>
      <w:r>
        <w:br/>
        <w:t>• Modificación de reglamento por fuerza mayor: la organización puede ajustar medidas por seguridad.</w:t>
      </w:r>
    </w:p>
    <w:p w14:paraId="73922817" w14:textId="77777777" w:rsidR="003A1BFF" w:rsidRDefault="00BB4C0D">
      <w:pPr>
        <w:pStyle w:val="Ttulo2"/>
      </w:pPr>
      <w:r>
        <w:t>10. Organización</w:t>
      </w:r>
    </w:p>
    <w:p w14:paraId="4918F1B7" w14:textId="77777777" w:rsidR="003A1BFF" w:rsidRDefault="00BB4C0D">
      <w:r>
        <w:t>Organiza: Corporación Deportiva.</w:t>
      </w:r>
      <w:r>
        <w:br/>
        <w:t>Director del evento: Rodolfo Gomes de la Torre.</w:t>
      </w:r>
      <w:r>
        <w:br/>
        <w:t>Página oficial: corporaciondeportiva.com</w:t>
      </w:r>
    </w:p>
    <w:sectPr w:rsidR="003A1BF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0440715">
    <w:abstractNumId w:val="8"/>
  </w:num>
  <w:num w:numId="2" w16cid:durableId="694813713">
    <w:abstractNumId w:val="6"/>
  </w:num>
  <w:num w:numId="3" w16cid:durableId="1547983898">
    <w:abstractNumId w:val="5"/>
  </w:num>
  <w:num w:numId="4" w16cid:durableId="81800884">
    <w:abstractNumId w:val="4"/>
  </w:num>
  <w:num w:numId="5" w16cid:durableId="1263218920">
    <w:abstractNumId w:val="7"/>
  </w:num>
  <w:num w:numId="6" w16cid:durableId="1865287206">
    <w:abstractNumId w:val="3"/>
  </w:num>
  <w:num w:numId="7" w16cid:durableId="292902766">
    <w:abstractNumId w:val="2"/>
  </w:num>
  <w:num w:numId="8" w16cid:durableId="834608295">
    <w:abstractNumId w:val="1"/>
  </w:num>
  <w:num w:numId="9" w16cid:durableId="1536305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0CDD"/>
    <w:rsid w:val="0029639D"/>
    <w:rsid w:val="00326F90"/>
    <w:rsid w:val="003A1BFF"/>
    <w:rsid w:val="00AA1D8D"/>
    <w:rsid w:val="00B47730"/>
    <w:rsid w:val="00BB4C0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04A5B"/>
  <w14:defaultImageDpi w14:val="300"/>
  <w15:docId w15:val="{239075E5-2B7E-774F-B4A4-A06A239C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Usuario invitado</cp:lastModifiedBy>
  <cp:revision>2</cp:revision>
  <dcterms:created xsi:type="dcterms:W3CDTF">2025-12-10T05:08:00Z</dcterms:created>
  <dcterms:modified xsi:type="dcterms:W3CDTF">2025-12-10T05:08:00Z</dcterms:modified>
  <cp:category/>
</cp:coreProperties>
</file>